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4C1D95"/>
          <w:sz w:val="33"/>
          <w:rtl/>
          <w:szCs w:val="33"/>
          <w:bCs/>
        </w:rPr>
        <w:t>🎡 דף תרגול: גלגל מושגי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6D28D9"/>
          <w:sz w:val="23"/>
          <w:rtl/>
          <w:szCs w:val="23"/>
          <w:bCs/>
        </w:rPr>
        <w:t>מסלול רגיל · חט״ב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0F172A"/>
          <w:sz w:val="27"/>
          <w:rtl/>
          <w:szCs w:val="27"/>
          <w:bCs/>
        </w:rPr>
        <w:t>מהדורה למורה – מפתח תשובות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0"/>
          <w:rtl/>
          <w:szCs w:val="20"/>
        </w:rPr>
        <w:t>הדף מתרגל את המיומנות של המשחק באתר: הגדרה ודוגמה למושגים. נושאים: 📚 לשון, 🌾 חג הסיגד. זמן משוער: 15–25 דק׳. מסלול רגיל.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חלק א׳ – מושגי יסוד: 📚 לשון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התאמה: 1–ד · 2–א · 3–ג · 4–ו · 5–ז · 6–ב · 7–ה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חלק ב׳ – השלימו את המושג החסר: 🌾 חג הסיגד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1. סיגד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2. קסים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3. אורית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4. געז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5. כיסופים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חלק ג׳ – הגדרה ודוגמה במילים שלי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מחוון: הגדרה נכונה במילים אישיות + דוגמה מתאימה.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כרטיס יציאה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0"/>
          <w:rtl/>
          <w:szCs w:val="20"/>
        </w:rPr>
        <w:t>תשובות אישיות – לאיסוף מהיר בסוף השיעור.</w:t>
      </w:r>
    </w:p>
    <w:p>
      <w:r>
        <w:br w:type="page"/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4C1D95"/>
          <w:sz w:val="31"/>
          <w:rtl/>
          <w:szCs w:val="31"/>
          <w:bCs/>
        </w:rPr>
        <w:t>🎡 גלגל מושגי יסוד – דף תרגול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6D28D9"/>
          <w:sz w:val="23"/>
          <w:rtl/>
          <w:szCs w:val="23"/>
          <w:bCs/>
        </w:rPr>
        <w:t>מסלול: רגיל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75"/>
        <w:gridCol w:w="3475"/>
        <w:gridCol w:w="3475"/>
      </w:tblGrid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שם: ________________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כיתה: ______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תאריך: __________</w:t>
            </w:r>
          </w:p>
        </w:tc>
      </w:tr>
    </w:tbl>
    <w:p>
      <w:pPr>
        <w:bidi/>
        <w:spacing w:after="2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6D28D9"/>
          <w:sz w:val="27"/>
          <w:rtl/>
          <w:szCs w:val="27"/>
          <w:bCs/>
        </w:rPr>
        <w:t>חלק א׳ – מושגי יסוד: 📚 לשון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3"/>
          <w:rtl/>
          <w:szCs w:val="23"/>
          <w:bCs/>
        </w:rPr>
        <w:t>✏️ התאימו לכל מושג את ההגדרה שלו.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75"/>
        <w:gridCol w:w="3475"/>
        <w:gridCol w:w="3475"/>
      </w:tblGrid>
      <w:tr>
        <w:tc>
          <w:tcPr>
            <w:tcW w:type="dxa" w:w="4238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מושג</w:t>
            </w:r>
          </w:p>
        </w:tc>
        <w:tc>
          <w:tcPr>
            <w:tcW w:type="dxa" w:w="1312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האות</w:t>
            </w:r>
          </w:p>
        </w:tc>
        <w:tc>
          <w:tcPr>
            <w:tcW w:type="dxa" w:w="4541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הגדרה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1. 🌱  שורש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א. תבנית קבועה של תנועות ותוספות שהשורש „נוצק” לתוכה.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2. 🧁  משקל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ב. מילה שמציינת אדם, חפץ, מקום או רעיון.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3. 👉  ה״א הידיעה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ג. האות ה בתחילת מילה, שהופכת אותה למוכרת ומיודעת.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4. 🔵  דגש קל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ד. שלוש (בדרך כלל) אותיות שנושאות את המשמעות הבסיסית של המילה.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5. 🔤  בגדכפ״ת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ה. מילה שמתארת שם עצם ומתאימה לו במין ובמספר.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6. 📦  שם עצם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ו. נקודה באותיות בגדכפ״ת שמשנה את ההגייה של ב, כ, פ.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7. 🎨  שם תואר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ז. שש האותיות שיכולות לקבל דגש קל.</w:t>
            </w:r>
          </w:p>
        </w:tc>
      </w:tr>
    </w:tbl>
    <w:p>
      <w:pPr>
        <w:bidi/>
        <w:spacing w:after="2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6D28D9"/>
          <w:sz w:val="27"/>
          <w:rtl/>
          <w:szCs w:val="27"/>
          <w:bCs/>
        </w:rPr>
        <w:t>חלק ב׳ – השלימו את המושג החסר: 🌾 חג הסיגד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3"/>
          <w:rtl/>
          <w:szCs w:val="23"/>
          <w:bCs/>
        </w:rPr>
        <w:t>✏️ השלימו בכל משפט את המושג המתאים ממחסן המילים.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426"/>
      </w:tblGrid>
      <w:tr>
        <w:tc>
          <w:tcPr>
            <w:tcW w:type="dxa" w:w="10426"/>
            <w:shd w:val="clear" w:color="auto" w:fill="F5F3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3"/>
                <w:rtl/>
                <w:szCs w:val="23"/>
                <w:bCs/>
              </w:rPr>
              <w:t>🧺 מחסן מילים: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געז  ·  אורית  ·  סיגד  ·  כיסופים  ·  קסים</w:t>
            </w:r>
          </w:p>
        </w:tc>
      </w:tr>
    </w:tbl>
    <w:p>
      <w:pPr>
        <w:bidi/>
        <w:spacing w:after="20"/>
        <w:jc w:val="right"/>
      </w:pP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1. ב________ מחדשים, לפי המסורת, את הברית עם התורה.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2. ה________ הובילו את הקהילה אל פסגת ההר.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3. הקס קרא מן ה________ ותרגם לאמהרית.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4. מעטים בקהילה הבינו ________, ולכן תרגמו.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5. התפילה ביטאה ________ לירושלים.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6D28D9"/>
          <w:sz w:val="27"/>
          <w:rtl/>
          <w:szCs w:val="27"/>
          <w:bCs/>
        </w:rPr>
        <w:t>חלק ג׳ – הגדרה ודוגמה במילים שלי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3"/>
          <w:rtl/>
          <w:szCs w:val="23"/>
          <w:bCs/>
        </w:rPr>
        <w:t>✏️ בחרו שני מושגים מהדף. לכל אחד כתבו הגדרה במילים שלכם ומשפט דוגמה.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1. המושג: ____________   הגדרה ודוגמה: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2. המושג: ____________   הגדרה ודוגמה: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B45309"/>
          <w:sz w:val="27"/>
          <w:rtl/>
          <w:szCs w:val="27"/>
          <w:bCs/>
        </w:rPr>
        <w:t>כרטיס יציאה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426"/>
      </w:tblGrid>
      <w:tr>
        <w:tc>
          <w:tcPr>
            <w:tcW w:type="dxa" w:w="10426"/>
            <w:shd w:val="clear" w:color="auto" w:fill="FFFBEB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3"/>
                <w:rtl/>
                <w:szCs w:val="23"/>
                <w:bCs/>
              </w:rPr>
              <w:t>🎟️ כרטיס יציאה – גלגל מושגי יסוד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✍️ דבר אחד חשוב שלמדתי היום: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color w:val="94A3B8"/>
                <w:sz w:val="23"/>
                <w:rtl/>
                <w:szCs w:val="23"/>
              </w:rPr>
              <w:t>__________________________________________________________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❓ שאלה אחת שעדיין נשארה לי: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color w:val="94A3B8"/>
                <w:sz w:val="23"/>
                <w:rtl/>
                <w:szCs w:val="23"/>
              </w:rPr>
              <w:t>__________________________________________________________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🙂 עד כמה הבנתי? הקיפו:   😀   🙂   😐   😟</w:t>
            </w:r>
          </w:p>
        </w:tc>
      </w:tr>
    </w:tbl>
    <w:p>
      <w:pPr>
        <w:bidi/>
        <w:spacing w:after="40"/>
        <w:jc w:val="right"/>
      </w:pPr>
    </w:p>
    <w:p>
      <w:pPr>
        <w:bidi/>
        <w:spacing w:after="40"/>
        <w:jc w:val="right"/>
      </w:pPr>
      <w:r>
        <w:rPr>
          <w:rFonts w:ascii="Arial" w:hAnsi="Arial" w:cs="Arial" w:eastAsia="Arial"/>
          <w:color w:val="64748B"/>
          <w:sz w:val="18"/>
          <w:rtl/>
          <w:szCs w:val="18"/>
        </w:rPr>
        <w:t>יצרה: רוית ראש בן ישי · משחקי טקסט ומשימות – דף תרגול</w:t>
      </w:r>
    </w:p>
    <w:sectPr w:rsidR="00FC693F" w:rsidRPr="0006063C" w:rsidSect="00034616"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cs="Arial" w:eastAsia="Arial"/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 – גלגל מושגי יסוד – רגיל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