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spacing w:after="40"/>
        <w:jc w:val="right"/>
      </w:pPr>
      <w:r>
        <w:rPr>
          <w:rFonts w:ascii="Arial" w:hAnsi="Arial" w:cs="Arial" w:eastAsia="Arial"/>
          <w:b/>
          <w:color w:val="4C1D95"/>
          <w:sz w:val="33"/>
          <w:rtl/>
          <w:szCs w:val="33"/>
          <w:bCs/>
        </w:rPr>
        <w:t>🎡 דף תרגול: גלגל מושגי יסוד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b/>
          <w:color w:val="C2410C"/>
          <w:sz w:val="23"/>
          <w:rtl/>
          <w:szCs w:val="23"/>
          <w:bCs/>
        </w:rPr>
        <w:t>מסלול עולים חדשים · חט״ב</w:t>
      </w:r>
    </w:p>
    <w:p>
      <w:pPr>
        <w:bidi/>
        <w:pStyle w:val="Heading1"/>
        <w:spacing w:after="60" w:before="180"/>
        <w:jc w:val="right"/>
      </w:pPr>
      <w:r>
        <w:rPr>
          <w:rFonts w:ascii="Arial" w:hAnsi="Arial" w:cs="Arial" w:eastAsia="Arial"/>
          <w:b/>
          <w:color w:val="0F172A"/>
          <w:sz w:val="27"/>
          <w:rtl/>
          <w:szCs w:val="27"/>
          <w:bCs/>
        </w:rPr>
        <w:t>מהדורה למורה – מפתח תשובות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sz w:val="20"/>
          <w:rtl/>
          <w:szCs w:val="20"/>
        </w:rPr>
        <w:t>הדף מתרגל את המיומנות של המשחק באתר: הגדרה ודוגמה למושגים. נושאים: 🌾 חג הסיגד, 📚 לשון. זמן משוער: 15–25 דק׳. מסלול עולים חדשים: עברית פשוטה, משפטים קצרים ומילון קטן בראש דף התלמיד/ה.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b/>
          <w:color w:val="4C1D95"/>
          <w:sz w:val="22"/>
          <w:rtl/>
          <w:szCs w:val="22"/>
          <w:bCs/>
        </w:rPr>
        <w:t>חלק א׳ – מושגי יסוד: 🌾 חג הסיגד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sz w:val="20"/>
          <w:rtl/>
          <w:szCs w:val="20"/>
        </w:rPr>
        <w:t>התאמה: 1–ב · 2–ה · 3–ד · 4–א · 5–ג</w:t>
      </w:r>
    </w:p>
    <w:p>
      <w:pPr>
        <w:bidi/>
        <w:spacing w:after="20"/>
        <w:jc w:val="right"/>
      </w:pPr>
      <w:r>
        <w:rPr>
          <w:rFonts w:ascii="Arial" w:hAnsi="Arial" w:cs="Arial" w:eastAsia="Arial"/>
          <w:b/>
          <w:color w:val="4C1D95"/>
          <w:sz w:val="22"/>
          <w:rtl/>
          <w:szCs w:val="22"/>
          <w:bCs/>
        </w:rPr>
        <w:t>חלק ב׳ – השלימו את המושג החסר: 📚 לשון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sz w:val="20"/>
          <w:rtl/>
          <w:szCs w:val="20"/>
        </w:rPr>
        <w:t>1. חג</w:t>
      </w:r>
    </w:p>
    <w:p>
      <w:pPr>
        <w:bidi/>
        <w:spacing w:after="20"/>
        <w:jc w:val="right"/>
      </w:pPr>
      <w:r>
        <w:rPr>
          <w:rFonts w:ascii="Arial" w:hAnsi="Arial" w:cs="Arial" w:eastAsia="Arial"/>
          <w:sz w:val="20"/>
          <w:rtl/>
          <w:szCs w:val="20"/>
        </w:rPr>
        <w:t>2. הר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sz w:val="20"/>
          <w:rtl/>
          <w:szCs w:val="20"/>
        </w:rPr>
        <w:t>3. קס</w:t>
      </w:r>
    </w:p>
    <w:p>
      <w:pPr>
        <w:bidi/>
        <w:spacing w:after="20"/>
        <w:jc w:val="right"/>
      </w:pPr>
      <w:r>
        <w:rPr>
          <w:rFonts w:ascii="Arial" w:hAnsi="Arial" w:cs="Arial" w:eastAsia="Arial"/>
          <w:sz w:val="20"/>
          <w:rtl/>
          <w:szCs w:val="20"/>
        </w:rPr>
        <w:t>4. אורית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b/>
          <w:color w:val="4C1D95"/>
          <w:sz w:val="22"/>
          <w:rtl/>
          <w:szCs w:val="22"/>
          <w:bCs/>
        </w:rPr>
        <w:t>חלק ג׳ – הגדרה ודוגמה במילים שלי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sz w:val="20"/>
          <w:rtl/>
          <w:szCs w:val="20"/>
        </w:rPr>
        <w:t>מחוון: הגדרה נכונה במילים אישיות + דוגמה מתאימה.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b/>
          <w:color w:val="4C1D95"/>
          <w:sz w:val="22"/>
          <w:rtl/>
          <w:szCs w:val="22"/>
          <w:bCs/>
        </w:rPr>
        <w:t>כרטיס יציאה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sz w:val="20"/>
          <w:rtl/>
          <w:szCs w:val="20"/>
        </w:rPr>
        <w:t>תשובות אישיות – לאיסוף מהיר בסוף השיעור.</w:t>
      </w:r>
    </w:p>
    <w:p>
      <w:r>
        <w:br w:type="page"/>
      </w:r>
    </w:p>
    <w:p>
      <w:pPr>
        <w:bidi/>
        <w:spacing w:after="40"/>
        <w:jc w:val="right"/>
      </w:pPr>
      <w:r>
        <w:rPr>
          <w:rFonts w:ascii="Arial" w:hAnsi="Arial" w:cs="Arial" w:eastAsia="Arial"/>
          <w:b/>
          <w:color w:val="4C1D95"/>
          <w:sz w:val="31"/>
          <w:rtl/>
          <w:szCs w:val="31"/>
          <w:bCs/>
        </w:rPr>
        <w:t>🎡 גלגל מושגי יסוד – דף תרגול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b/>
          <w:color w:val="C2410C"/>
          <w:sz w:val="23"/>
          <w:rtl/>
          <w:szCs w:val="23"/>
          <w:bCs/>
        </w:rPr>
        <w:t>מסלול: עולים חדשים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475"/>
        <w:gridCol w:w="3475"/>
        <w:gridCol w:w="3475"/>
      </w:tblGrid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  <w:t>שם: ________________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  <w:t>כיתה: ______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  <w:t>תאריך: __________</w:t>
            </w:r>
          </w:p>
        </w:tc>
      </w:tr>
    </w:tbl>
    <w:p>
      <w:pPr>
        <w:bidi/>
        <w:spacing w:after="20"/>
        <w:jc w:val="right"/>
      </w:pPr>
    </w:p>
    <w:p>
      <w:pPr>
        <w:bidi/>
        <w:spacing w:after="20"/>
        <w:jc w:val="right"/>
      </w:pPr>
      <w:r>
        <w:rPr>
          <w:rFonts w:ascii="Arial" w:hAnsi="Arial" w:cs="Arial" w:eastAsia="Arial"/>
          <w:b/>
          <w:color w:val="15803D"/>
          <w:sz w:val="23"/>
          <w:rtl/>
          <w:szCs w:val="23"/>
          <w:bCs/>
        </w:rPr>
        <w:t>📘 מילון קטן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2606"/>
        <w:gridCol w:w="2606"/>
        <w:gridCol w:w="2606"/>
        <w:gridCol w:w="2606"/>
      </w:tblGrid>
      <w:tr>
        <w:tc>
          <w:tcPr>
            <w:tcW w:type="dxa" w:w="2523"/>
            <w:shd w:val="clear" w:color="auto" w:fill="EDE9FE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b/>
                <w:sz w:val="21"/>
                <w:rtl/>
                <w:szCs w:val="21"/>
                <w:bCs/>
              </w:rPr>
              <w:t>עברית</w:t>
            </w:r>
          </w:p>
        </w:tc>
        <w:tc>
          <w:tcPr>
            <w:tcW w:type="dxa" w:w="2523"/>
            <w:shd w:val="clear" w:color="auto" w:fill="EDE9FE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b/>
                <w:sz w:val="21"/>
                <w:rtl/>
                <w:szCs w:val="21"/>
                <w:bCs/>
              </w:rPr>
              <w:t>English</w:t>
            </w:r>
          </w:p>
        </w:tc>
        <w:tc>
          <w:tcPr>
            <w:tcW w:type="dxa" w:w="2523"/>
            <w:shd w:val="clear" w:color="auto" w:fill="EDE9FE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b/>
                <w:sz w:val="21"/>
                <w:rtl/>
                <w:szCs w:val="21"/>
                <w:bCs/>
              </w:rPr>
              <w:t>Русский</w:t>
            </w:r>
          </w:p>
        </w:tc>
        <w:tc>
          <w:tcPr>
            <w:tcW w:type="dxa" w:w="2523"/>
            <w:shd w:val="clear" w:color="auto" w:fill="EDE9FE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b/>
                <w:sz w:val="21"/>
                <w:rtl/>
                <w:szCs w:val="21"/>
                <w:bCs/>
              </w:rPr>
              <w:t>العربية</w:t>
            </w:r>
          </w:p>
        </w:tc>
      </w:tr>
      <w:tr>
        <w:tc>
          <w:tcPr>
            <w:tcW w:type="dxa" w:w="252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  <w:t>קהילה</w:t>
            </w:r>
          </w:p>
        </w:tc>
        <w:tc>
          <w:tcPr>
            <w:tcW w:type="dxa" w:w="252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  <w:t>community</w:t>
            </w:r>
          </w:p>
        </w:tc>
        <w:tc>
          <w:tcPr>
            <w:tcW w:type="dxa" w:w="252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  <w:t>община</w:t>
            </w:r>
          </w:p>
        </w:tc>
        <w:tc>
          <w:tcPr>
            <w:tcW w:type="dxa" w:w="252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  <w:t>جماعة</w:t>
            </w:r>
          </w:p>
        </w:tc>
      </w:tr>
      <w:tr>
        <w:tc>
          <w:tcPr>
            <w:tcW w:type="dxa" w:w="252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  <w:t>השתחוות</w:t>
            </w:r>
          </w:p>
        </w:tc>
        <w:tc>
          <w:tcPr>
            <w:tcW w:type="dxa" w:w="252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  <w:t>bowing down</w:t>
            </w:r>
          </w:p>
        </w:tc>
        <w:tc>
          <w:tcPr>
            <w:tcW w:type="dxa" w:w="252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  <w:t>поклон</w:t>
            </w:r>
          </w:p>
        </w:tc>
        <w:tc>
          <w:tcPr>
            <w:tcW w:type="dxa" w:w="252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  <w:t>سجود، انحناء</w:t>
            </w:r>
          </w:p>
        </w:tc>
      </w:tr>
      <w:tr>
        <w:tc>
          <w:tcPr>
            <w:tcW w:type="dxa" w:w="252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  <w:t>הר</w:t>
            </w:r>
          </w:p>
        </w:tc>
        <w:tc>
          <w:tcPr>
            <w:tcW w:type="dxa" w:w="252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  <w:t>mountain</w:t>
            </w:r>
          </w:p>
        </w:tc>
        <w:tc>
          <w:tcPr>
            <w:tcW w:type="dxa" w:w="252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  <w:t>гора</w:t>
            </w:r>
          </w:p>
        </w:tc>
        <w:tc>
          <w:tcPr>
            <w:tcW w:type="dxa" w:w="252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  <w:t>جبل</w:t>
            </w:r>
          </w:p>
        </w:tc>
      </w:tr>
      <w:tr>
        <w:tc>
          <w:tcPr>
            <w:tcW w:type="dxa" w:w="252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  <w:t>צמו</w:t>
            </w:r>
          </w:p>
        </w:tc>
        <w:tc>
          <w:tcPr>
            <w:tcW w:type="dxa" w:w="252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  <w:t>fasted</w:t>
            </w:r>
          </w:p>
        </w:tc>
        <w:tc>
          <w:tcPr>
            <w:tcW w:type="dxa" w:w="252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  <w:t>постились</w:t>
            </w:r>
          </w:p>
        </w:tc>
        <w:tc>
          <w:tcPr>
            <w:tcW w:type="dxa" w:w="252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  <w:t>صاموا</w:t>
            </w:r>
          </w:p>
        </w:tc>
      </w:tr>
      <w:tr>
        <w:tc>
          <w:tcPr>
            <w:tcW w:type="dxa" w:w="252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  <w:t>הקסים</w:t>
            </w:r>
          </w:p>
        </w:tc>
        <w:tc>
          <w:tcPr>
            <w:tcW w:type="dxa" w:w="252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  <w:t>the kessim – spiritual leaders</w:t>
            </w:r>
          </w:p>
        </w:tc>
        <w:tc>
          <w:tcPr>
            <w:tcW w:type="dxa" w:w="252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  <w:t>кесы – духовные лидеры</w:t>
            </w:r>
          </w:p>
        </w:tc>
        <w:tc>
          <w:tcPr>
            <w:tcW w:type="dxa" w:w="252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  <w:t>الكِسّيم – القادة الروحيون</w:t>
            </w:r>
          </w:p>
        </w:tc>
      </w:tr>
      <w:tr>
        <w:tc>
          <w:tcPr>
            <w:tcW w:type="dxa" w:w="252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  <w:t>האורית</w:t>
            </w:r>
          </w:p>
        </w:tc>
        <w:tc>
          <w:tcPr>
            <w:tcW w:type="dxa" w:w="252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  <w:t>the Orit – holy scriptures</w:t>
            </w:r>
          </w:p>
        </w:tc>
        <w:tc>
          <w:tcPr>
            <w:tcW w:type="dxa" w:w="252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  <w:t>Орит – священные книги</w:t>
            </w:r>
          </w:p>
        </w:tc>
        <w:tc>
          <w:tcPr>
            <w:tcW w:type="dxa" w:w="252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  <w:t>الأوريت – الكتب المقدسة</w:t>
            </w:r>
          </w:p>
        </w:tc>
      </w:tr>
      <w:tr>
        <w:tc>
          <w:tcPr>
            <w:tcW w:type="dxa" w:w="252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  <w:t>טיילת</w:t>
            </w:r>
          </w:p>
        </w:tc>
        <w:tc>
          <w:tcPr>
            <w:tcW w:type="dxa" w:w="252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  <w:t>promenade</w:t>
            </w:r>
          </w:p>
        </w:tc>
        <w:tc>
          <w:tcPr>
            <w:tcW w:type="dxa" w:w="252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  <w:t>набережная, променад</w:t>
            </w:r>
          </w:p>
        </w:tc>
        <w:tc>
          <w:tcPr>
            <w:tcW w:type="dxa" w:w="252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  <w:t>ممشى، كورنيش</w:t>
            </w:r>
          </w:p>
        </w:tc>
      </w:tr>
      <w:tr>
        <w:tc>
          <w:tcPr>
            <w:tcW w:type="dxa" w:w="252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  <w:t>הזמנה</w:t>
            </w:r>
          </w:p>
        </w:tc>
        <w:tc>
          <w:tcPr>
            <w:tcW w:type="dxa" w:w="252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  <w:t>invitation</w:t>
            </w:r>
          </w:p>
        </w:tc>
        <w:tc>
          <w:tcPr>
            <w:tcW w:type="dxa" w:w="252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  <w:t>приглашение</w:t>
            </w:r>
          </w:p>
        </w:tc>
        <w:tc>
          <w:tcPr>
            <w:tcW w:type="dxa" w:w="252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  <w:t>دعوة</w:t>
            </w:r>
          </w:p>
        </w:tc>
      </w:tr>
    </w:tbl>
    <w:p>
      <w:pPr>
        <w:bidi/>
        <w:spacing w:after="20"/>
        <w:jc w:val="right"/>
      </w:pPr>
    </w:p>
    <w:p>
      <w:pPr>
        <w:bidi/>
        <w:pStyle w:val="Heading1"/>
        <w:spacing w:after="60" w:before="180"/>
        <w:jc w:val="right"/>
      </w:pPr>
      <w:r>
        <w:rPr>
          <w:rFonts w:ascii="Arial" w:hAnsi="Arial" w:cs="Arial" w:eastAsia="Arial"/>
          <w:b/>
          <w:color w:val="C2410C"/>
          <w:sz w:val="27"/>
          <w:rtl/>
          <w:szCs w:val="27"/>
          <w:bCs/>
        </w:rPr>
        <w:t>חלק א׳ – מושגי יסוד: 🌾 חג הסיגד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b/>
          <w:sz w:val="23"/>
          <w:rtl/>
          <w:szCs w:val="23"/>
          <w:bCs/>
        </w:rPr>
        <w:t>✏️ התאימו מושג ↔ הגדרה.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475"/>
        <w:gridCol w:w="3475"/>
        <w:gridCol w:w="3475"/>
      </w:tblGrid>
      <w:tr>
        <w:tc>
          <w:tcPr>
            <w:tcW w:type="dxa" w:w="4238"/>
            <w:shd w:val="clear" w:color="auto" w:fill="EDE9FE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b/>
                <w:sz w:val="21"/>
                <w:rtl/>
                <w:szCs w:val="21"/>
                <w:bCs/>
              </w:rPr>
              <w:t>מושג</w:t>
            </w:r>
          </w:p>
        </w:tc>
        <w:tc>
          <w:tcPr>
            <w:tcW w:type="dxa" w:w="1312"/>
            <w:shd w:val="clear" w:color="auto" w:fill="EDE9FE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b/>
                <w:sz w:val="21"/>
                <w:rtl/>
                <w:szCs w:val="21"/>
                <w:bCs/>
              </w:rPr>
              <w:t>האות</w:t>
            </w:r>
          </w:p>
        </w:tc>
        <w:tc>
          <w:tcPr>
            <w:tcW w:type="dxa" w:w="4541"/>
            <w:shd w:val="clear" w:color="auto" w:fill="EDE9FE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b/>
                <w:sz w:val="21"/>
                <w:rtl/>
                <w:szCs w:val="21"/>
                <w:bCs/>
              </w:rPr>
              <w:t>הגדרה</w:t>
            </w:r>
          </w:p>
        </w:tc>
      </w:tr>
      <w:tr>
        <w:tc>
          <w:tcPr>
            <w:tcW w:type="dxa" w:w="4238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  <w:t>1. 🎉  חג</w:t>
            </w:r>
          </w:p>
        </w:tc>
        <w:tc>
          <w:tcPr>
            <w:tcW w:type="dxa" w:w="131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</w:r>
          </w:p>
        </w:tc>
        <w:tc>
          <w:tcPr>
            <w:tcW w:type="dxa" w:w="454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  <w:t>א. ספר קדוש בשפת געז.</w:t>
            </w:r>
          </w:p>
        </w:tc>
      </w:tr>
      <w:tr>
        <w:tc>
          <w:tcPr>
            <w:tcW w:type="dxa" w:w="4238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  <w:t>2. ⛰️  הר</w:t>
            </w:r>
          </w:p>
        </w:tc>
        <w:tc>
          <w:tcPr>
            <w:tcW w:type="dxa" w:w="131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</w:r>
          </w:p>
        </w:tc>
        <w:tc>
          <w:tcPr>
            <w:tcW w:type="dxa" w:w="454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  <w:t>ב. יום מיוחד ושמח.</w:t>
            </w:r>
          </w:p>
        </w:tc>
      </w:tr>
      <w:tr>
        <w:tc>
          <w:tcPr>
            <w:tcW w:type="dxa" w:w="4238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  <w:t>3. 🧔🏾  קס</w:t>
            </w:r>
          </w:p>
        </w:tc>
        <w:tc>
          <w:tcPr>
            <w:tcW w:type="dxa" w:w="131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</w:r>
          </w:p>
        </w:tc>
        <w:tc>
          <w:tcPr>
            <w:tcW w:type="dxa" w:w="454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  <w:t>ג. זמן בלי אוכל ובלי מים.</w:t>
            </w:r>
          </w:p>
        </w:tc>
      </w:tr>
      <w:tr>
        <w:tc>
          <w:tcPr>
            <w:tcW w:type="dxa" w:w="4238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  <w:t>4. 📜  אורית</w:t>
            </w:r>
          </w:p>
        </w:tc>
        <w:tc>
          <w:tcPr>
            <w:tcW w:type="dxa" w:w="131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</w:r>
          </w:p>
        </w:tc>
        <w:tc>
          <w:tcPr>
            <w:tcW w:type="dxa" w:w="454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  <w:t>ד. מנהיג דתי של הקהילה.</w:t>
            </w:r>
          </w:p>
        </w:tc>
      </w:tr>
      <w:tr>
        <w:tc>
          <w:tcPr>
            <w:tcW w:type="dxa" w:w="4238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  <w:t>5. 🍽️  צום</w:t>
            </w:r>
          </w:p>
        </w:tc>
        <w:tc>
          <w:tcPr>
            <w:tcW w:type="dxa" w:w="131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</w:r>
          </w:p>
        </w:tc>
        <w:tc>
          <w:tcPr>
            <w:tcW w:type="dxa" w:w="454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  <w:t>ה. מקום גבוה מאוד בטבע.</w:t>
            </w:r>
          </w:p>
        </w:tc>
      </w:tr>
    </w:tbl>
    <w:p>
      <w:pPr>
        <w:bidi/>
        <w:spacing w:after="20"/>
        <w:jc w:val="right"/>
      </w:pPr>
    </w:p>
    <w:p>
      <w:pPr>
        <w:bidi/>
        <w:pStyle w:val="Heading1"/>
        <w:spacing w:after="60" w:before="180"/>
        <w:jc w:val="right"/>
      </w:pPr>
      <w:r>
        <w:rPr>
          <w:rFonts w:ascii="Arial" w:hAnsi="Arial" w:cs="Arial" w:eastAsia="Arial"/>
          <w:b/>
          <w:color w:val="C2410C"/>
          <w:sz w:val="27"/>
          <w:rtl/>
          <w:szCs w:val="27"/>
          <w:bCs/>
        </w:rPr>
        <w:t>חלק ב׳ – השלימו את המושג החסר: 📚 לשון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b/>
          <w:sz w:val="23"/>
          <w:rtl/>
          <w:szCs w:val="23"/>
          <w:bCs/>
        </w:rPr>
        <w:t>✏️ השלימו מילה מהמחסן.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10426"/>
      </w:tblGrid>
      <w:tr>
        <w:tc>
          <w:tcPr>
            <w:tcW w:type="dxa" w:w="10426"/>
            <w:shd w:val="clear" w:color="auto" w:fill="F5F3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b/>
                <w:sz w:val="23"/>
                <w:rtl/>
                <w:szCs w:val="23"/>
                <w:bCs/>
              </w:rPr>
              <w:t>🧺 מחסן מילים: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3"/>
                <w:rtl/>
                <w:szCs w:val="23"/>
              </w:rPr>
              <w:t>קס  ·  אורית  ·  הר  ·  חג</w:t>
            </w:r>
          </w:p>
        </w:tc>
      </w:tr>
    </w:tbl>
    <w:p>
      <w:pPr>
        <w:bidi/>
        <w:spacing w:after="20"/>
        <w:jc w:val="right"/>
      </w:pPr>
    </w:p>
    <w:p>
      <w:pPr>
        <w:bidi/>
        <w:spacing w:after="40"/>
        <w:jc w:val="right"/>
      </w:pPr>
      <w:r>
        <w:rPr>
          <w:rFonts w:ascii="Arial" w:hAnsi="Arial" w:cs="Arial" w:eastAsia="Arial"/>
          <w:sz w:val="23"/>
          <w:rtl/>
          <w:szCs w:val="23"/>
        </w:rPr>
        <w:t>1. הסיגד הוא ________ של הקהילה.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sz w:val="23"/>
          <w:rtl/>
          <w:szCs w:val="23"/>
        </w:rPr>
        <w:t>2. בסיגד עולים ל________.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sz w:val="23"/>
          <w:rtl/>
          <w:szCs w:val="23"/>
        </w:rPr>
        <w:t>3. ה________ קורא בקול.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sz w:val="23"/>
          <w:rtl/>
          <w:szCs w:val="23"/>
        </w:rPr>
        <w:t>4. ה________ ישנה מאוד.</w:t>
      </w:r>
    </w:p>
    <w:p>
      <w:pPr>
        <w:bidi/>
        <w:pStyle w:val="Heading1"/>
        <w:spacing w:after="60" w:before="180"/>
        <w:jc w:val="right"/>
      </w:pPr>
      <w:r>
        <w:rPr>
          <w:rFonts w:ascii="Arial" w:hAnsi="Arial" w:cs="Arial" w:eastAsia="Arial"/>
          <w:b/>
          <w:color w:val="C2410C"/>
          <w:sz w:val="27"/>
          <w:rtl/>
          <w:szCs w:val="27"/>
          <w:bCs/>
        </w:rPr>
        <w:t>חלק ג׳ – הגדרה ודוגמה במילים שלי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b/>
          <w:sz w:val="23"/>
          <w:rtl/>
          <w:szCs w:val="23"/>
          <w:bCs/>
        </w:rPr>
        <w:t>✏️ בחרו מושג אחד. כתבו משפט דוגמה.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sz w:val="23"/>
          <w:rtl/>
          <w:szCs w:val="23"/>
        </w:rPr>
        <w:t>1. המושג: ____________   הגדרה ודוגמה:</w:t>
      </w:r>
    </w:p>
    <w:p>
      <w:pPr>
        <w:bidi/>
        <w:spacing w:after="60"/>
        <w:jc w:val="right"/>
      </w:pPr>
      <w:r>
        <w:rPr>
          <w:rFonts w:ascii="Arial" w:hAnsi="Arial" w:cs="Arial" w:eastAsia="Arial"/>
          <w:color w:val="94A3B8"/>
          <w:sz w:val="23"/>
          <w:rtl/>
          <w:szCs w:val="23"/>
        </w:rPr>
        <w:t>________________________________________________________________</w:t>
      </w:r>
    </w:p>
    <w:p>
      <w:pPr>
        <w:bidi/>
        <w:spacing w:after="60"/>
        <w:jc w:val="right"/>
      </w:pPr>
      <w:r>
        <w:rPr>
          <w:rFonts w:ascii="Arial" w:hAnsi="Arial" w:cs="Arial" w:eastAsia="Arial"/>
          <w:color w:val="94A3B8"/>
          <w:sz w:val="23"/>
          <w:rtl/>
          <w:szCs w:val="23"/>
        </w:rPr>
        <w:t>________________________________________________________________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sz w:val="23"/>
          <w:rtl/>
          <w:szCs w:val="23"/>
        </w:rPr>
        <w:t>2. המושג: ____________   הגדרה ודוגמה:</w:t>
      </w:r>
    </w:p>
    <w:p>
      <w:pPr>
        <w:bidi/>
        <w:spacing w:after="60"/>
        <w:jc w:val="right"/>
      </w:pPr>
      <w:r>
        <w:rPr>
          <w:rFonts w:ascii="Arial" w:hAnsi="Arial" w:cs="Arial" w:eastAsia="Arial"/>
          <w:color w:val="94A3B8"/>
          <w:sz w:val="23"/>
          <w:rtl/>
          <w:szCs w:val="23"/>
        </w:rPr>
        <w:t>________________________________________________________________</w:t>
      </w:r>
    </w:p>
    <w:p>
      <w:pPr>
        <w:bidi/>
        <w:spacing w:after="60"/>
        <w:jc w:val="right"/>
      </w:pPr>
      <w:r>
        <w:rPr>
          <w:rFonts w:ascii="Arial" w:hAnsi="Arial" w:cs="Arial" w:eastAsia="Arial"/>
          <w:color w:val="94A3B8"/>
          <w:sz w:val="23"/>
          <w:rtl/>
          <w:szCs w:val="23"/>
        </w:rPr>
        <w:t>________________________________________________________________</w:t>
      </w:r>
    </w:p>
    <w:p>
      <w:pPr>
        <w:bidi/>
        <w:pStyle w:val="Heading1"/>
        <w:spacing w:after="60" w:before="180"/>
        <w:jc w:val="right"/>
      </w:pPr>
      <w:r>
        <w:rPr>
          <w:rFonts w:ascii="Arial" w:hAnsi="Arial" w:cs="Arial" w:eastAsia="Arial"/>
          <w:b/>
          <w:color w:val="B45309"/>
          <w:sz w:val="27"/>
          <w:rtl/>
          <w:szCs w:val="27"/>
          <w:bCs/>
        </w:rPr>
        <w:t>כרטיס יציאה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10426"/>
      </w:tblGrid>
      <w:tr>
        <w:tc>
          <w:tcPr>
            <w:tcW w:type="dxa" w:w="10426"/>
            <w:shd w:val="clear" w:color="auto" w:fill="FFFBEB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b/>
                <w:sz w:val="23"/>
                <w:rtl/>
                <w:szCs w:val="23"/>
                <w:bCs/>
              </w:rPr>
              <w:t>🎟️ כרטיס יציאה – גלגל מושגי יסוד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3"/>
                <w:rtl/>
                <w:szCs w:val="23"/>
              </w:rPr>
              <w:t>✍️ משהו אחד שלמדתי: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color w:val="94A3B8"/>
                <w:sz w:val="23"/>
                <w:rtl/>
                <w:szCs w:val="23"/>
              </w:rPr>
              <w:t>__________________________________________________________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3"/>
                <w:rtl/>
                <w:szCs w:val="23"/>
              </w:rPr>
              <w:t>❓ שאלה שלי: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color w:val="94A3B8"/>
                <w:sz w:val="23"/>
                <w:rtl/>
                <w:szCs w:val="23"/>
              </w:rPr>
              <w:t>__________________________________________________________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3"/>
                <w:rtl/>
                <w:szCs w:val="23"/>
              </w:rPr>
              <w:t>🙂 עד כמה הבנתי? הקיפו:   😀   🙂   😐   😟</w:t>
            </w:r>
          </w:p>
        </w:tc>
      </w:tr>
    </w:tbl>
    <w:p>
      <w:pPr>
        <w:bidi/>
        <w:spacing w:after="40"/>
        <w:jc w:val="right"/>
      </w:pPr>
    </w:p>
    <w:p>
      <w:pPr>
        <w:bidi/>
        <w:spacing w:after="40"/>
        <w:jc w:val="right"/>
      </w:pPr>
      <w:r>
        <w:rPr>
          <w:rFonts w:ascii="Arial" w:hAnsi="Arial" w:cs="Arial" w:eastAsia="Arial"/>
          <w:color w:val="64748B"/>
          <w:sz w:val="18"/>
          <w:rtl/>
          <w:szCs w:val="18"/>
        </w:rPr>
        <w:t>יצרה: רוית ראש בן ישי · משחקי טקסט ומשימות – דף תרגול</w:t>
      </w:r>
    </w:p>
    <w:sectPr w:rsidR="00FC693F" w:rsidRPr="0006063C" w:rsidSect="00034616">
      <w:pgSz w:w="12240" w:h="15840"/>
      <w:pgMar w:top="794" w:right="907" w:bottom="794" w:left="90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rFonts w:ascii="Arial" w:hAnsi="Arial"/>
      <w:sz w:val="23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="Arial" w:hAnsi="Arial" w:cs="Arial" w:eastAsia="Arial"/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 – גלגל מושגי יסוד – עולים חדשים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