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🎡 דף תרגול: גלגל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הגדרה ודוגמה למושגים. נושאים: 🌍 גלובליזציה – כפר עולמי,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מושגי יסוד: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2–א · 3–ג · 4–ד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השלימו את המושג החסר: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הגדרה ודוגמה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מחוון: הגדרה נכונה במילים אישיות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🎡 גלגל מושגי יסוד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מושגי יסוד: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🌐 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המרחקים בעולם נעשים קטנים.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🏘️ 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העולם מחובר ותלוי זה בזה.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⛓️ 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הדרך של מוצר מהשדה עד אליי.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📦  מכולה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ארגז מתכת אחיד להובלה.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השלימו את המושג החסר: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מילה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מכבים  ·  חנוכייה  ·  שמש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ה________ עומדת ליד החלון.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קודם מדליקים את ה________.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ה________ ניקו את בית המקדש.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הגדרה ודוגמה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בחרו מושג אחד. כתבו משפט 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המושג: ____________   הגדרה ודוגמה: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גלגל מושגי 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מושגי יסוד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