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🧩 דף תרגול: יוצא 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מיון, הכללה, נימוק. נושאים: 🕎 כסליו–חנוכה,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יוצא דופן: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ד –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הוא לא נותן אור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ב – זו עונה, לא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יוצא דופן: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הוא לא מהשורש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ב – היא לא מקום, היא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בנו "יוצא דופן"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מכנה משותף אמיתי ונימוק שמבוסס על הבנה.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🧩 יוצא דופן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חנוכה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Hanukkah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Ханука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حانوكا (عيد الأنوار)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מסיבה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party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вечеринка, праздник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حفلة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נרות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candles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свечи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شموع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חנוכייה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Hanukkah lamp (menorah)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ханукия (светильник)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شمعدان حانوكا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שמן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oil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масло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زيت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נס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miracle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чудо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معجزة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סביבון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spinning top (dreidel)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волчок (севивон)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دوّامة (خذروف)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יוצא דופן: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מה לא שייך. בחרו למה.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נר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שמש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חנוכייה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מקרר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הוא לא נותן אור של חג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הוא גדול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הוא לבן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כסלו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טבת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חורף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ניסן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הוא בחודש מאי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זו עונה, לא חודש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זו מילה קצרה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יוצא דופן: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מכתב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ספר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כתובת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כותבת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הוא לא מהשורש כתב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הוא קצר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הוא בנקבה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מי לא שייך?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מספרה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מאפייה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מורה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מכבסה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היא ארוכה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היא לא מקום, היא אדם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היא בנקבה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בנו "יוצא דופן"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3 מילים דומות ו-1 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המילים: ____________ · ____________ · ____________ ·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המכנה המשותף, ולמה הרביעית שונה: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יוצא דופן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יוצא דופן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