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🧩 דף תרגול: יוצא 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מיון, הכללה, נימוק. נושאים: 🌾 חג הסיגד,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יוצא דופן: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ד – 👑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ב – מלך מוביל בכוח, השאר בדוגמה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א – 😢 אכזבה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א – אכזבה מוותרת, השאר מושכים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יוצא דופן: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ג – 🥗 סלט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הוא לא מטוגן בשמן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בנו "יוצא דופן"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מכנה משותף אמיתי ונימוק שמבוסס על הבנה.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🧩 יוצא דופן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יוצא דופן: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הקיפו מה לא שייך. בחרו למה.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🙏 קס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👩‍🏫 מורה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🧭 מדריך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ד. 👑 מלך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מלך לובש כתר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מלך מוביל בכוח, השאר בדוגמה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מלך גר בארמון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😢 אכזבה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💛 כיסופים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❤️ געגועים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ד. 🌟 תקווה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4.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אכזבה מוותרת, השאר מושכים קדימה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אכזבה היא מילה קשה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אכזבה מתחילה באות א׳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יוצא דופן: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🍩 סופגנייה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🥔 לביבה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🥗 סלט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ד. 🍩 ספינג׳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הוא לא מטוגן בשמן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הוא ירוק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הוא בצלחת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בנו "יוצא דופן"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3 מילים דומות ו-1 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המילים: ____________ · ____________ · ____________ ·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המכנה המשותף, ולמה הרביעית שונה: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יוצא דופן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יוצא דופן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